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החג, מנהגיו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לקהילת ביתא ישראל ולחג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דקדוק: הווה, יחיד ורבים ומילות יחס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ענווה והשתחוות לפני 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השילוב בין התבוננות פנימית לשמחה קהילתית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כי ההר סימל את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ענווה וחרטה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להוביל את התפילה ולהסביר את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על ידע, אמונה ותקווה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על טיילת הצופה אל נוף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שהגעגועים שלה אינם רק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 הצום יש סעודה, שירה וריקודים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האורית כתובה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סיגד הוא חג רשמי ורבים מצטרפים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חשבון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זהותה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(מנהיגים דתיים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(שפה עתיקה של תפילה וכתבי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(שפת היומיום)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(געגוע חזק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(מקום ההתכנסות בירושלים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דקדוק: הווה מתאים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מתגעגעת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מובילים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חוגגות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מה למדתי על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יזכיר: מועד החג (כ״ט בחשון), מקור השם (השתחוות), תפקיד הקסים, הצום והסעודה המשותפת, והשילוב בין התבוננות פנימית לשמחה קהילתית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לרעיון הגשר בין שתי תרבויות או 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השתחוות/סגידה לפני 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שמובילים תפילה ומתרגמים את האורית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שמירה על זהות וחיזוק הקהילה לאורך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קריאה עצמאית, בעיקר לתלמידים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מילות היחס ועל צורות הרבים המיוחדות (דורות, אבנים) בעל פה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הכתיבה האישי אפשר לאפשר שיתוף בזוגות לפני כתיבה יחידנית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קריאה והבנה על חג הסיגד, חג מרכזי של יהודי אתיופיה, וננתח מילים ומבנים לשוניים מתוך 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רעיון טמון בשם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ארוך בדרכים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 והשתחוות לפני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שמחת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חגיגת שנה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בחג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חוגגים אותו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רק יום של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בו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השילוב בין התבוננות פנימית לשמחה 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עלו על הר גבוה,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היה קריר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לראות את 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שם היה השוק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ההר סימל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סימלה האבן שנשאו על הראש?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 וחרטה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תפקיד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להוביל את התפילה ולהסביר את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את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לנגן בחגיגה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לבשל את הסעודה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נשענה מנהיגות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ידע, אמונה ותקווה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איפה מתאספים היום בסיגד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טיילת הצופה אל נוף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בכיכר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הבינה נעמה כשעמדה על הטיילת?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שהגעגועים שלה אינם רק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שעליה לחזור למקום שבאה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לה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כולו עצוב ואין בו שמחה.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תרגמו את הדברים לאמהרית כדי שהקהל יבין.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העולים נהגו ללבוש בגדים לבנים כסימן לטהרה.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סיגד הוא חג לא רשמי שרק יחידים חוגגים.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החג לקוח מן השורש שפירושו __________ או סגידה.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סיגד הוא יום של צום, תפילה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המסורת, החג נקשר לחידוש הברית בימי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סימל את הר __________, שעליו ניתנה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האורית כתובה בשפת __________, שפה עתיקה של תפילה.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מנהיגות הקסים לא נשענה על כוח או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הכיסופים לירושלים חיזקו את הקהילה ושמרו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נעמה מקווה שהגעגועים שלה יהיו __________ בין הישן לחדש.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געגוע חזק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מנהיגים דתיים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עתיקה של תפילה וכתבי 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ההתכנסות בירושלים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שפת היומיום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דקדוק: הווה מתאים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הקהל ___ אחרי הקסים.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בני הקהילה ___ את הברית מדי שנה.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מחדשת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נעמה ___ לשפה שבה חלמה.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מתגעגע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מתגעגעת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מתגעגעים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מתגעגעות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הקסים ___ את התפילה על הטיילת.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מובילות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מובילים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מובילה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הטיילת ___ אל נוף העיר.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המשפחות ___ יחד אחרי הטקס.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חוגגת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מה למדתי על 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(5-6 משפטים): מהו חג הסיגד, מתי חוגגים אותו, ומה מיוחד בשילוב בין הרצינות לשמחה בחג?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נעמה כותבת שכל מילה חדשה בעברית היא עוד אבן בגשר שלה. כתבו 3-4 משפטים על חוויה דומה שלכם או של מישהו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השם 'סיגד'?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הקסים ומה תפקידם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הכיסופים לירושלים עבור הקהילה?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