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 החג, מנהגיו ומשמעותו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לקהילת ביתא ישראל ולחג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דקדוק: הווה, יחיד ורבים ומילות יחס מתוך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ענווה והשתחוות לפני אלוהים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השילוב בין התבוננות פנימית לשמחה קהילתית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כי ההר סימל את הר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ענווה וחרטה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להוביל את התפילה ולהסביר את 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על ידע, אמונה ותקווה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על טיילת הצופה אל נוף העיר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שהגעגועים שלה אינם רק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אחרי הצום יש סעודה, שירה וריקודים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האורית כתובה בגעז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בטקסט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סיגד הוא חג רשמי ורבים מצטרפים אליו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השתחוות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חשבון נפש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עזרא ונחמיה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זהותה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(מנהיגים דתיים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(ספר התורה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(שפה עתיקה של תפילה וכתבי קודש)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(שפת היומיום)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(געגוע חזק לירושלים)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(מקום ההתכנסות בירושלים היום)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דקדוק: הווה מתאים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מתגעגעת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מובילים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צופה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חוגגות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כתיבה: מה למדתי על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יזכיר: מועד החג (כ״ט בחשון), מקור השם (השתחוות), תפקיד הקסים, הצום והסעודה המשותפת, והשילוב בין התבוננות פנימית לשמחה קהילתית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המתייחסת לרעיון הגשר בין שתי תרבויות או שפות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השתחוות/סגידה לפני אלוהים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מנהיגים דתיים שמובילים תפילה ומתרגמים את האורית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שמירה על זהות וחיזוק הקהילה לאורך הדורות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ההקראה לפני קריאה עצמאית, בעיקר לתלמידים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על מילות היחס ועל צורות הרבים המיוחדות (דורות, אבנים) בעל פה לפני התרגול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לפריט הכתיבה האישי אפשר לאפשר שיתוף בזוגות לפני כתיבה יחידנית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חג הסיגד. נקרא טקסט פשוט ונתרגל מילים חדשות ודקדוק.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של השתחוות וחידוש ברית אצל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שחיים ומאמינים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מנהיגים דתיים בקהילת ביתא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התורה של הקהילה, כתוב בגעז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עתיקה ששימשה לתפילה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אמהרית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שפת היומיום של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כיסופים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געגוע חזק מאוד, בעיקר לירושלים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ענווה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הרגשה של צניעות ולא גאווה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מסע ארוך בדרכים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ענווה והשתחוות לפני אלוהים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שמחת הקציר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חגיגת שנה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מיוחד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חוגגים אותו רק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רק יום של צום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בו 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השילוב בין התבוננות פנימית לשמחה קהילתית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עלו על הר גבוה, לפי המסורת?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היה קריר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לראות את הכפר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שם היה השוק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ההר סימל את הר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סימלה האבן שנשאו על הראש?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כוח וגבורה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ענווה וחרטה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עשו הקסים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להוביל את התפילה ולהסביר את האורית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לבנות את הבמה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לנגן בחגיגה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לבשל את הסעודה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על מה נשענה מנהיגות הקסים?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מזל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עושר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ידע, אמונה ותקווה 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איפה מתאספים היום בסיגד בירושלים?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במוזיאון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טיילת הצופה אל נוף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בכיכר העירייה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הבינה נעמה כשעמדה על הטיילת?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שהגעגועים שלה אינם רק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שעברית 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שעליה לחזור למקום שבאה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שאין לה חברים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סיגד חל חמישים יום אחרי יום הכיפורים.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החג כולו עצוב ואין בו שמחה.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האורית כתובה בעברית.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תרגמו את הדברים לאמהרית כדי שהקהל יבין.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העולים נהגו ללבוש בגדים לבנים כסימן לטהרה.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סיגד הוא חג לא רשמי שרק יחידים חוגגים.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שם החג לקוח מן השורש שפירושו __________ או סגידה.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סיגד הוא יום של צום, תפילה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לפי המסורת, החג נקשר לחידוש הברית בימי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ההר סימל את הר __________, שעליו ניתנה התורה.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האורית כתובה בשפת __________, שפה עתיקה של תפילה.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מנהיגות הקסים לא נשענה על כוח או על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7. הכיסופים לירושלים חיזקו את הקהילה ושמרו על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8. נעמה מקווה שהגעגועים שלה יהיו __________ בין הישן לחדש.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ההתכנסות בירושלים היום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שפה עתיקה של תפילה וכתבי קודש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 התורה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אמהרית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מנהיגים דתיים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כיסופים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שפת היומיום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טיילת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געגוע חזק לירושלים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דקדוק: הווה מתאים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השלימו בפועל מתאים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בני הקהילה ___ את הברית מדי שנה.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מחדשת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נעמה ___ לשפה שבה חלמה.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מתגעגע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מתגעגעת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מתגעגעים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מתגעגעות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הקסים ___ את התפילה על הטיילת.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מובילות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מוביל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מובילים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מובילה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הטיילת ___ אל נוף העיר.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המשפחות ___ יחד אחרי הטקס.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חוגגים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חוגגות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חוגג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חוגגת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כתיבה: מה למדתי על 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(5-6 משפטים): מהו חג הסיגד, מתי חוגגים אותו, ומה מיוחד בשילוב בין הרצינות לשמחה בחג?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נעמה כותבת שכל מילה חדשה בעברית היא עוד אבן בגשר שלה. כתבו 3-4 משפטים על חוויה דומה שלכם או של מישהו שאתם מכירים.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מקור השם 'סיגד'?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הם הקסים ומה תפקידם בחג?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מסמלים הכיסופים לירושלים עבור הקהילה?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