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החג, מנהגיו ומשמעותו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לקהילת ביתא ישראל ולחג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דקדוק: הווה, יחיד ורבים ומילות יחס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ענווה והשתחוות לפני אלוהים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השילוב בין התבוננות פנימית לשמחה קהילתית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ענווה וחרטה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 הצום יש סעודה, שירה וריקודים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האורית כתובה בגעז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חשבון נפש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(מנהיגים דתיים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(שפה עתיקה של תפילה וכתבי 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(שפת היומיום)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דקדוק: הווה מתאים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מתגעגעת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מה למדתי על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יזכיר: מועד החג (כ״ט בחשון), מקור השם (השתחוות), תפקיד הקסים, הצום והסעודה המשותפת, והשילוב בין התבוננות פנימית לשמחה קהילתית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השתחוות/סגידה לפני 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מנהיגים דתיים שמובילים תפילה ומתרגמים את האורית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זהות וחיזוק הקהילה לאורך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קריאה עצמאית, בעיקר לתלמידים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על מילות היחס ועל צורות הרבים המיוחדות (דורות, אבנים) בעל פה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לפריט הכתיבה האישי אפשר לאפשר שיתוף בזוגות לפני כתיבה יחידנית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קריאה והבנה על חג הסיגד, חג מרכזי של יהודי אתיופיה, וננתח מילים ומבנים לשוניים מתוך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עזרא ונחמיה  ·  חשבון נפש  ·  סיני  ·  השתחוות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רעיון טמון בשם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מסע ארוך בדרכים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ענווה והשתחוות לפני אלוהים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שמחת הקציר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מיוחד בחג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חוגגים אותו רק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רק יום של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השילוב בין התבוננות פנימית לשמחה קהילתית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סימלה האבן שנשאו על הראש?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כוח וגבורה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ענווה וחרטה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החג כולו עצוב ואין בו שמחה.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כתובה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שם החג לקוח מן השורש שפירושו __________ או סגידה.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סיגד הוא יום של צום, תפילה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לפי המסורת, החג נקשר לחידוש הברית בימי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ההר סימל את הר __________, שעליו ניתנה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מנהיגים דתיים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שפה עתיקה של תפילה וכתבי קודש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שפת היומיום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דקדוק: הווה מתאים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הקהל ___ אחרי הקסים.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בני הקהילה ___ את הברית מדי שנה.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מחדשת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נעמה ___ לשפה שבה חלמה.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מתגעגע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מתגעגעת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מתגעגעים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מה למדתי על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(5-6 משפטים): מהו חג הסיגד, מתי חוגגים אותו, ומה מיוחד בשילוב בין הרצינות לשמחה בחג?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מקור השם 'סיגד'?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הם הקסים ומה תפקידם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